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6EB" w:rsidRPr="0020552B" w:rsidRDefault="0020552B" w:rsidP="0020552B">
      <w:pPr>
        <w:pStyle w:val="1"/>
        <w:jc w:val="center"/>
        <w:rPr>
          <w:rFonts w:ascii="Times New Roman" w:hAnsi="Times New Roman" w:cs="Times New Roman"/>
          <w:sz w:val="36"/>
          <w:lang w:val="ru-RU"/>
        </w:rPr>
      </w:pPr>
      <w:proofErr w:type="spellStart"/>
      <w:r w:rsidRPr="0020552B">
        <w:rPr>
          <w:rFonts w:ascii="Times New Roman" w:hAnsi="Times New Roman" w:cs="Times New Roman"/>
          <w:sz w:val="36"/>
          <w:lang w:val="ru-RU"/>
        </w:rPr>
        <w:t>Интерактивы</w:t>
      </w:r>
      <w:proofErr w:type="spellEnd"/>
      <w:r w:rsidRPr="0020552B">
        <w:rPr>
          <w:rFonts w:ascii="Times New Roman" w:hAnsi="Times New Roman" w:cs="Times New Roman"/>
          <w:sz w:val="36"/>
          <w:lang w:val="ru-RU"/>
        </w:rPr>
        <w:t xml:space="preserve"> — «Воронеж город сад 2026»</w:t>
      </w:r>
    </w:p>
    <w:p w:rsidR="00DD31AA" w:rsidRPr="00BB4E50" w:rsidRDefault="0020552B" w:rsidP="0020552B">
      <w:pPr>
        <w:pStyle w:val="21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ДЕНЬ 1</w:t>
      </w:r>
      <w:r>
        <w:rPr>
          <w:rFonts w:ascii="Times New Roman" w:hAnsi="Times New Roman" w:cs="Times New Roman"/>
          <w:lang w:val="ru-RU"/>
        </w:rPr>
        <w:br/>
        <w:t>5 сентября 2026 года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596"/>
        <w:gridCol w:w="4432"/>
        <w:gridCol w:w="2651"/>
      </w:tblGrid>
      <w:tr w:rsidR="007A46E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7A46EB" w:rsidRPr="00633D48" w:rsidRDefault="0020552B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Время</w:t>
            </w:r>
          </w:p>
        </w:tc>
        <w:tc>
          <w:tcPr>
            <w:tcW w:w="4536" w:type="dxa"/>
            <w:shd w:val="clear" w:color="auto" w:fill="ECF2FA"/>
          </w:tcPr>
          <w:p w:rsidR="007A46EB" w:rsidRPr="00633D48" w:rsidRDefault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Описание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интерактива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/ мастер-класса</w:t>
            </w:r>
          </w:p>
        </w:tc>
        <w:tc>
          <w:tcPr>
            <w:tcW w:w="2693" w:type="dxa"/>
          </w:tcPr>
          <w:p w:rsidR="007A46EB" w:rsidRPr="00633D48" w:rsidRDefault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Место</w:t>
            </w:r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10:00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19:00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Семейный марафон «Инженерные нелепости: кто круче?!» — конкурсы: «Бросок инженера», «Кабель-кросс», «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Робо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-перенос», «Точный крепёж», «Железный человек», «Клавиатурный блиц», «Арт-баннер», викторина «Код Народов», «Коридорный лабиринт».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Бонус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сборка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мини-фонарика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10:00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18:00,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каждый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по рисованию акварелью</w:t>
            </w:r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Адмиралтейская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  <w:proofErr w:type="spellEnd"/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10:00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18:00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Игротека:</w:t>
            </w:r>
          </w:p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  <w:t xml:space="preserve">Космическое здоровье - Игра на развитие памяти </w:t>
            </w:r>
          </w:p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</w:t>
            </w: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  <w:t xml:space="preserve">Гравитация – Держи равновесие </w:t>
            </w:r>
          </w:p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  <w:t>Подготовка космонавтов – Соревнование на скакалках</w:t>
            </w:r>
          </w:p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4.</w:t>
            </w: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  <w:t>Космическая рыбалка – Найди метеорит в бассейне</w:t>
            </w:r>
          </w:p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5.</w:t>
            </w: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  <w:t xml:space="preserve">Батутный центр «Невесомость» представляет космическую игру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Дженга</w:t>
            </w:r>
            <w:proofErr w:type="spellEnd"/>
          </w:p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6.</w:t>
            </w: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  <w:t>Космическая логика – Игра в гигантские пятнашки</w:t>
            </w:r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Перед зелеными фотозонами, рядом с большой флористической инсталляцией</w:t>
            </w:r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10:00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10:30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«Цветы из бумаги» 10 человек</w:t>
            </w:r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10:00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19:00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по изготовлению бумажных цветов</w:t>
            </w:r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 памятника между опер штабом и площадью</w:t>
            </w:r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10:00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19:00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Благотворительный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Аквагрим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для детей. Интерактивные лекции о представленных образцах вооружения. Мастер-класс по неполной разборке Автомата Калашникова. Детская игровая программа. Аниматоры. Выступление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кавер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группы «Рядом с Вами».</w:t>
            </w:r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10:00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19:00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Серия игровых конкурсов: «Стальной баланс» — построить башню из 8 металлических гаек; «Пирамида» — построить башню из стаканчиков быстрее соперников.</w:t>
            </w:r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10:00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18:30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Интерактивная фотозона для гостей, зона с играми для всей семьи, можно будет узнать об услугах МТС и получить подарки.</w:t>
            </w:r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Адмиралтейская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  <w:proofErr w:type="spellEnd"/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 10:00 до 18:00, повтор каждый час (перерыв 13:00-14:00)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Гончарное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ремесло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Перед мостом «Космос»</w:t>
            </w:r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 10:00 до 18:00, повтор каждый час (перерыв 13:00-14:00)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«Роспись по керамике»</w:t>
            </w:r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Перед мостом «Космос»</w:t>
            </w:r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10:00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18:30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Фотозона - экспозиция с автомобилем </w:t>
            </w:r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TESLA</w:t>
            </w: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MODEL</w:t>
            </w:r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Адмиралтейская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  <w:proofErr w:type="spellEnd"/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С 10:00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19:00 (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перерыв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 13-14)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Моя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родословная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Адмиралтейская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  <w:proofErr w:type="spellEnd"/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10:00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19:00 (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перерыв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 13-14)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«История воронежского свадебного костюма» Книга-раскраска (примерно 6 листов)</w:t>
            </w:r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Адмиралтейская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  <w:proofErr w:type="spellEnd"/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10:00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19:00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Выставка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сувенирной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продукции</w:t>
            </w:r>
            <w:proofErr w:type="spellEnd"/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Адмиралтейская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  <w:proofErr w:type="spellEnd"/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</w:t>
            </w: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10:00</w:t>
            </w:r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, 14:00, 18:00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Изготовление плоскостной игрушки «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Ретропоезд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Адмиралтейская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  <w:proofErr w:type="spellEnd"/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10:00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19:00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Медицинское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обследование</w:t>
            </w:r>
            <w:proofErr w:type="spellEnd"/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Адмиралтейская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  <w:proofErr w:type="spellEnd"/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10:30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11:00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Аппликация «Лягушонок на лилии» 10 человек</w:t>
            </w:r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10:30 – 11:20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Музыкальная программа из вокальных номеров</w:t>
            </w:r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 главной сцене</w:t>
            </w:r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С 10:00 до 19:00 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по изготовлению глиняной свистульки</w:t>
            </w:r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Около главной сцены</w:t>
            </w:r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С 10:00 до 19:00 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«Напиши письмо солдату»</w:t>
            </w:r>
          </w:p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поддержим Наших изготовление плаката с цветными ладошками</w:t>
            </w:r>
          </w:p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«Мы вместе» (изготовление значков с патриотической символикой)</w:t>
            </w:r>
          </w:p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«Год Единства Народов России» изготовление плаката-карты</w:t>
            </w:r>
          </w:p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Мастер-класс Патриотический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Аквагримм</w:t>
            </w:r>
            <w:proofErr w:type="spellEnd"/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Адмиралтейская площадь</w:t>
            </w:r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 10:00 до 19:00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Пушистая рулетка от «Парка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альпак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», «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Ошка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парка» (Белый колодец) и «Пушистого братства» (Центральный парк)</w:t>
            </w:r>
          </w:p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ТИР попади в парк Белый колодец.</w:t>
            </w:r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Между волейбольной площадкой и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Ломовским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природным парком</w:t>
            </w:r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 11:00 до 11:40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Подставка-раскраска «Планета солнечной системы»</w:t>
            </w:r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11:00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18:00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Чеканка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монет</w:t>
            </w:r>
            <w:proofErr w:type="spellEnd"/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11:00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11:30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«Кукла на палочке» 10 человек</w:t>
            </w:r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11:30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12:00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Аппликация «Картина с крокусами» 10 человек</w:t>
            </w:r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11:00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Знакомство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пауками</w:t>
            </w:r>
            <w:proofErr w:type="spellEnd"/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11:00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18:00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Робо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-собака; 2 комплекта очков виртуальной реальности; 3</w:t>
            </w:r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-принтер и демонстрация 3</w:t>
            </w:r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-печати; мастер-класс по созданию персонажей из воздушного пластилина; мастер-класс по созданию анимации; семейные творческие раскраски; интерактивное знакомство детей и родителей с современными технологиями ИТ; розыгрыши призов и подарков с помощью лототрона; приглашения на бесплатные мастер-классы Компьютерной Академии ТОП</w:t>
            </w:r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11:00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11:30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Лекция «Насекомые Воронежской области и тропические виды (удивительные палочники) с образцами насекомых в смоле</w:t>
            </w:r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11:30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12:00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Лекция «Работа с гистологическими препаратами в НОУ» с микроскопом</w:t>
            </w:r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С 11:00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12:30</w:t>
            </w:r>
          </w:p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 12:45 до 14:15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Мастер-класс Роспись текстильного кармашка </w:t>
            </w:r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0552B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11:00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12:00</w:t>
            </w:r>
          </w:p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 14:00 до 15:00</w:t>
            </w:r>
          </w:p>
          <w:p w:rsidR="0020552B" w:rsidRPr="00633D48" w:rsidRDefault="0020552B" w:rsidP="0020552B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 17:00 до 18:00</w:t>
            </w:r>
          </w:p>
        </w:tc>
        <w:tc>
          <w:tcPr>
            <w:tcW w:w="4536" w:type="dxa"/>
            <w:shd w:val="clear" w:color="auto" w:fill="ECF2F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Работа площадки «Звездный зоопарк». Экскурсия по выставочным стендам «Животные космонавты».</w:t>
            </w:r>
          </w:p>
        </w:tc>
        <w:tc>
          <w:tcPr>
            <w:tcW w:w="2693" w:type="dxa"/>
          </w:tcPr>
          <w:p w:rsidR="0020552B" w:rsidRPr="00633D48" w:rsidRDefault="0020552B" w:rsidP="0020552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11.00-12.00</w:t>
            </w:r>
          </w:p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15.30-16.30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Роспись окошек народов России</w:t>
            </w:r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12:00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12:40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Мастер-класс Аппликация из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фоамирана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«Зоопарк»</w:t>
            </w:r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12:00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13:00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«Закладка для книг в виде растений» - до 30 человек</w:t>
            </w:r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12:00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13:00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«Брошь из атласных лент» 20 человек</w:t>
            </w:r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Аквагрим</w:t>
            </w:r>
            <w:proofErr w:type="spellEnd"/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С 1</w:t>
            </w:r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</w:t>
            </w:r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:00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Мастер-классы для детей с рассказом о животных, которые побывали в космосе. Изготавливаем поделку из бросового материала «Черепашка копилка» (пластиковая баклажка, картон, джутовый шпагат).</w:t>
            </w:r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12:00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Половой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диморфизм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различия</w:t>
            </w:r>
            <w:proofErr w:type="spellEnd"/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12:00, 14:00, 16:00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Интерактивная зона с </w:t>
            </w:r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VR</w:t>
            </w: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очками</w:t>
            </w:r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</w:t>
            </w: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12:00</w:t>
            </w:r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, 16:00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Изготовление и заполнение фронтового письма-треугольника (с дальнейшей передачей бойцам СВО)</w:t>
            </w:r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Адмиралтейская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  <w:proofErr w:type="spellEnd"/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С 1</w:t>
            </w:r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</w:t>
            </w: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18:30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Мастер-класса «Изделия из природных материалов (сухоцветов) и эпоксидной смолы (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брелки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мини-украшения)</w:t>
            </w:r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12.30-13.30</w:t>
            </w:r>
          </w:p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17.00-17.30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Мастер-класс Изготовление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брелка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космонавт</w:t>
            </w:r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13:00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13:40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Мастер-класс Сборка плюшевого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брелка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«Лягушка»</w:t>
            </w:r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13:00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14:00</w:t>
            </w:r>
          </w:p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 15:30 до 16:30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«Сборка моделей военной техники из фанеры» до 30 человек</w:t>
            </w:r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13:30-15:00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Плетение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кос</w:t>
            </w:r>
            <w:proofErr w:type="spellEnd"/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13:00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Особенности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поведения</w:t>
            </w:r>
            <w:proofErr w:type="spellEnd"/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13:00, 15:00, 17:00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программированию</w:t>
            </w:r>
            <w:proofErr w:type="spellEnd"/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14:00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15:00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Аппликация «Курочка с цыплятами» 20 человек</w:t>
            </w:r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14:00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Кормление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пауков</w:t>
            </w:r>
            <w:proofErr w:type="spellEnd"/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14.00-15.00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Роспись и сборка кораблика из дерева</w:t>
            </w:r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С 1</w:t>
            </w:r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:30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</w:t>
            </w:r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:30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«Роспись ловца снов»</w:t>
            </w:r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14:00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14:40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Корона из бумаги</w:t>
            </w:r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С 14:30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15:30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Мастер-класс Открытка в технике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цианотипия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«Рисуем светом» </w:t>
            </w:r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15:00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16:00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Изготовлению оберега «Ловец» 20 человек</w:t>
            </w:r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15:00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Знакомство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со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змеями</w:t>
            </w:r>
            <w:proofErr w:type="spellEnd"/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15:00-16:30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3Д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раскраска</w:t>
            </w:r>
            <w:proofErr w:type="spellEnd"/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С 1</w:t>
            </w:r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</w:t>
            </w:r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7</w:t>
            </w: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:00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Настольные игры с детьми: «Учимся различать животных по классам», «Угадай, чьи следы!», «Викторина по биологии животных», «Тактильный чемоданчик»,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пазлы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«Собери животное», раскраска «Национальные костюмы народов России».</w:t>
            </w:r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15:20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16:00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Мастер-класс Роспись </w:t>
            </w: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сумки-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шопера</w:t>
            </w:r>
            <w:proofErr w:type="spellEnd"/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16:00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17:00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Аппликация «Пчелка на цветке» 20 человек</w:t>
            </w:r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16:00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Подробности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содержания</w:t>
            </w:r>
            <w:proofErr w:type="spellEnd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633D48">
              <w:rPr>
                <w:rFonts w:ascii="Times New Roman" w:hAnsi="Times New Roman" w:cs="Times New Roman"/>
                <w:sz w:val="20"/>
                <w:szCs w:val="20"/>
              </w:rPr>
              <w:t>неволе</w:t>
            </w:r>
            <w:proofErr w:type="spellEnd"/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16:20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17:00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Ручка из воздушного шарика</w:t>
            </w:r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С 1</w:t>
            </w:r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7</w:t>
            </w: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00</w:t>
            </w: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</w:t>
            </w:r>
            <w:r w:rsidRPr="00633D48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8</w:t>
            </w: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:30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«Брелок в виде цветочка»</w:t>
            </w:r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BDA" w:rsidRPr="00633D48" w:rsidTr="002A2BDA">
        <w:trPr>
          <w:trHeight w:val="510"/>
        </w:trPr>
        <w:tc>
          <w:tcPr>
            <w:tcW w:w="2660" w:type="dxa"/>
            <w:shd w:val="clear" w:color="auto" w:fill="C6D9F1" w:themeFill="text2" w:themeFillTint="33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17:00 </w:t>
            </w:r>
            <w:proofErr w:type="spellStart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633D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18:00</w:t>
            </w:r>
          </w:p>
        </w:tc>
        <w:tc>
          <w:tcPr>
            <w:tcW w:w="4536" w:type="dxa"/>
            <w:shd w:val="clear" w:color="auto" w:fill="ECF2F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Аппликация «Природа России» 20 человек</w:t>
            </w:r>
          </w:p>
        </w:tc>
        <w:tc>
          <w:tcPr>
            <w:tcW w:w="2693" w:type="dxa"/>
          </w:tcPr>
          <w:p w:rsidR="002A2BDA" w:rsidRPr="00633D48" w:rsidRDefault="002A2BDA" w:rsidP="002A2BDA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33D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</w:tbl>
    <w:p w:rsidR="002A2BDA" w:rsidRDefault="002A2BDA">
      <w:pPr>
        <w:pStyle w:val="21"/>
        <w:rPr>
          <w:rFonts w:ascii="Times New Roman" w:hAnsi="Times New Roman" w:cs="Times New Roman"/>
        </w:rPr>
        <w:sectPr w:rsidR="002A2BDA" w:rsidSect="0020552B">
          <w:pgSz w:w="12240" w:h="15840"/>
          <w:pgMar w:top="1134" w:right="850" w:bottom="1134" w:left="1701" w:header="720" w:footer="720" w:gutter="0"/>
          <w:cols w:space="720"/>
          <w:docGrid w:linePitch="360"/>
        </w:sectPr>
      </w:pPr>
    </w:p>
    <w:p w:rsidR="007A46EB" w:rsidRPr="00054AD2" w:rsidRDefault="0020552B">
      <w:pPr>
        <w:pStyle w:val="2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ДЕНЬ 2 — 6 сентября 2026 года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498"/>
        <w:gridCol w:w="3942"/>
        <w:gridCol w:w="3239"/>
      </w:tblGrid>
      <w:tr w:rsidR="007A46EB" w:rsidRPr="00054AD2" w:rsidTr="00201648">
        <w:tc>
          <w:tcPr>
            <w:tcW w:w="2498" w:type="dxa"/>
            <w:shd w:val="clear" w:color="auto" w:fill="C6D9F1" w:themeFill="text2" w:themeFillTint="33"/>
          </w:tcPr>
          <w:p w:rsidR="007A46EB" w:rsidRPr="002A2091" w:rsidRDefault="002055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  <w:proofErr w:type="spellEnd"/>
          </w:p>
        </w:tc>
        <w:tc>
          <w:tcPr>
            <w:tcW w:w="3942" w:type="dxa"/>
            <w:shd w:val="clear" w:color="auto" w:fill="ECF2FA"/>
          </w:tcPr>
          <w:p w:rsidR="007A46EB" w:rsidRPr="002A2091" w:rsidRDefault="00205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Описание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интерактива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мастер-класса</w:t>
            </w:r>
            <w:proofErr w:type="spellEnd"/>
          </w:p>
        </w:tc>
        <w:tc>
          <w:tcPr>
            <w:tcW w:w="3239" w:type="dxa"/>
          </w:tcPr>
          <w:p w:rsidR="007A46EB" w:rsidRPr="002A2091" w:rsidRDefault="002055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Место</w:t>
            </w:r>
            <w:proofErr w:type="spellEnd"/>
          </w:p>
        </w:tc>
      </w:tr>
      <w:tr w:rsidR="00633D48" w:rsidRPr="0020552B" w:rsidTr="00201648">
        <w:tc>
          <w:tcPr>
            <w:tcW w:w="2498" w:type="dxa"/>
            <w:shd w:val="clear" w:color="auto" w:fill="C6D9F1" w:themeFill="text2" w:themeFillTint="33"/>
          </w:tcPr>
          <w:p w:rsidR="00633D48" w:rsidRPr="002A2091" w:rsidRDefault="00633D48" w:rsidP="00633D4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10:00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19:00</w:t>
            </w:r>
          </w:p>
        </w:tc>
        <w:tc>
          <w:tcPr>
            <w:tcW w:w="3942" w:type="dxa"/>
            <w:shd w:val="clear" w:color="auto" w:fill="ECF2FA"/>
          </w:tcPr>
          <w:p w:rsidR="00633D48" w:rsidRPr="002A2091" w:rsidRDefault="00633D48" w:rsidP="00633D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Семейный марафон «Инженерные нелепости: кто круче?!» — конкурсы «Бросок инженера», «Кабель-кросс», «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Робо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-перенос», «Точный крепёж», «Железный человек», «Клавиатурный блиц», «Арт-баннер», викторина «Код Народов», «Коридорный лабиринт».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Бонус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сборка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мини-фонарика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39" w:type="dxa"/>
          </w:tcPr>
          <w:p w:rsidR="00633D48" w:rsidRPr="002A2091" w:rsidRDefault="00633D48" w:rsidP="00633D4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633D48" w:rsidRPr="0020552B" w:rsidTr="00201648">
        <w:tc>
          <w:tcPr>
            <w:tcW w:w="2498" w:type="dxa"/>
            <w:shd w:val="clear" w:color="auto" w:fill="C6D9F1" w:themeFill="text2" w:themeFillTint="33"/>
          </w:tcPr>
          <w:p w:rsidR="00633D48" w:rsidRPr="002A2091" w:rsidRDefault="00633D48" w:rsidP="00633D4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10:00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18:00,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каждый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час</w:t>
            </w:r>
            <w:proofErr w:type="spellEnd"/>
          </w:p>
        </w:tc>
        <w:tc>
          <w:tcPr>
            <w:tcW w:w="3942" w:type="dxa"/>
            <w:shd w:val="clear" w:color="auto" w:fill="ECF2FA"/>
          </w:tcPr>
          <w:p w:rsidR="00633D48" w:rsidRPr="002A2091" w:rsidRDefault="00633D48" w:rsidP="00633D4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по рисованию акварелью</w:t>
            </w:r>
          </w:p>
        </w:tc>
        <w:tc>
          <w:tcPr>
            <w:tcW w:w="3239" w:type="dxa"/>
          </w:tcPr>
          <w:p w:rsidR="00633D48" w:rsidRPr="002A2091" w:rsidRDefault="00633D48" w:rsidP="00633D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Адмиралтейская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  <w:proofErr w:type="spellEnd"/>
          </w:p>
        </w:tc>
      </w:tr>
      <w:tr w:rsidR="00633D48" w:rsidRPr="0020552B" w:rsidTr="00201648">
        <w:tc>
          <w:tcPr>
            <w:tcW w:w="2498" w:type="dxa"/>
            <w:shd w:val="clear" w:color="auto" w:fill="C6D9F1" w:themeFill="text2" w:themeFillTint="33"/>
          </w:tcPr>
          <w:p w:rsidR="00633D48" w:rsidRPr="002A2091" w:rsidRDefault="00633D48" w:rsidP="00633D4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10:00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18:00</w:t>
            </w:r>
          </w:p>
        </w:tc>
        <w:tc>
          <w:tcPr>
            <w:tcW w:w="3942" w:type="dxa"/>
            <w:shd w:val="clear" w:color="auto" w:fill="ECF2FA"/>
          </w:tcPr>
          <w:p w:rsidR="00633D48" w:rsidRPr="002A2091" w:rsidRDefault="00633D48" w:rsidP="00633D4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Игротека:</w:t>
            </w:r>
          </w:p>
          <w:p w:rsidR="00633D48" w:rsidRPr="002A2091" w:rsidRDefault="00633D48" w:rsidP="00633D4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  <w:t xml:space="preserve">Космическое здоровье - Игра на развитие памяти </w:t>
            </w:r>
          </w:p>
          <w:p w:rsidR="00633D48" w:rsidRPr="002A2091" w:rsidRDefault="00633D48" w:rsidP="00633D4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</w:t>
            </w: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  <w:t xml:space="preserve">Гравитация – Держи равновесие </w:t>
            </w:r>
          </w:p>
          <w:p w:rsidR="00633D48" w:rsidRPr="002A2091" w:rsidRDefault="00633D48" w:rsidP="00633D4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  <w:t>Подготовка космонавтов – Соревнование на скакалках</w:t>
            </w:r>
          </w:p>
          <w:p w:rsidR="00633D48" w:rsidRPr="002A2091" w:rsidRDefault="00633D48" w:rsidP="00633D4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4.</w:t>
            </w: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  <w:t>Космическая рыбалка – Найди метеорит в бассейне</w:t>
            </w:r>
          </w:p>
          <w:p w:rsidR="00633D48" w:rsidRPr="002A2091" w:rsidRDefault="00633D48" w:rsidP="00633D4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5.</w:t>
            </w: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  <w:t xml:space="preserve">Батутный центр «Невесомость» представляет космическую игру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Дженга</w:t>
            </w:r>
            <w:proofErr w:type="spellEnd"/>
          </w:p>
          <w:p w:rsidR="00633D48" w:rsidRPr="002A2091" w:rsidRDefault="00633D48" w:rsidP="00633D4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6.</w:t>
            </w: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  <w:t>Космическая логика – Игра в гигантские пятнашки</w:t>
            </w:r>
          </w:p>
        </w:tc>
        <w:tc>
          <w:tcPr>
            <w:tcW w:w="3239" w:type="dxa"/>
          </w:tcPr>
          <w:p w:rsidR="00633D48" w:rsidRPr="002A2091" w:rsidRDefault="00633D48" w:rsidP="00633D4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Перед зелеными фотозонами, рядом с большой флористической инсталляцией </w:t>
            </w:r>
          </w:p>
        </w:tc>
      </w:tr>
      <w:tr w:rsidR="00633D48" w:rsidRPr="0020552B" w:rsidTr="00201648">
        <w:tc>
          <w:tcPr>
            <w:tcW w:w="2498" w:type="dxa"/>
            <w:shd w:val="clear" w:color="auto" w:fill="C6D9F1" w:themeFill="text2" w:themeFillTint="33"/>
          </w:tcPr>
          <w:p w:rsidR="00633D48" w:rsidRPr="002A2091" w:rsidRDefault="00633D48" w:rsidP="00633D4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10:00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10:30</w:t>
            </w:r>
          </w:p>
        </w:tc>
        <w:tc>
          <w:tcPr>
            <w:tcW w:w="3942" w:type="dxa"/>
            <w:shd w:val="clear" w:color="auto" w:fill="ECF2FA"/>
          </w:tcPr>
          <w:p w:rsidR="00633D48" w:rsidRPr="002A2091" w:rsidRDefault="00633D48" w:rsidP="00633D4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«Радужная вертушка» 10 человек</w:t>
            </w:r>
          </w:p>
        </w:tc>
        <w:tc>
          <w:tcPr>
            <w:tcW w:w="3239" w:type="dxa"/>
          </w:tcPr>
          <w:p w:rsidR="00633D48" w:rsidRPr="002A2091" w:rsidRDefault="00633D48" w:rsidP="00633D4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633D48" w:rsidRPr="0020552B" w:rsidTr="00201648">
        <w:tc>
          <w:tcPr>
            <w:tcW w:w="2498" w:type="dxa"/>
            <w:shd w:val="clear" w:color="auto" w:fill="C6D9F1" w:themeFill="text2" w:themeFillTint="33"/>
          </w:tcPr>
          <w:p w:rsidR="00633D48" w:rsidRPr="002A2091" w:rsidRDefault="00633D48" w:rsidP="00633D4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10:30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11:00</w:t>
            </w:r>
          </w:p>
        </w:tc>
        <w:tc>
          <w:tcPr>
            <w:tcW w:w="3942" w:type="dxa"/>
            <w:shd w:val="clear" w:color="auto" w:fill="ECF2FA"/>
          </w:tcPr>
          <w:p w:rsidR="00633D48" w:rsidRPr="002A2091" w:rsidRDefault="00633D48" w:rsidP="00633D4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Аппликация «Мышонок с шариками» 10 человек</w:t>
            </w:r>
          </w:p>
        </w:tc>
        <w:tc>
          <w:tcPr>
            <w:tcW w:w="3239" w:type="dxa"/>
          </w:tcPr>
          <w:p w:rsidR="00633D48" w:rsidRPr="002A2091" w:rsidRDefault="00633D48" w:rsidP="00633D4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633D48" w:rsidRPr="0020552B" w:rsidTr="00201648">
        <w:tc>
          <w:tcPr>
            <w:tcW w:w="2498" w:type="dxa"/>
            <w:shd w:val="clear" w:color="auto" w:fill="C6D9F1" w:themeFill="text2" w:themeFillTint="33"/>
          </w:tcPr>
          <w:p w:rsidR="00633D48" w:rsidRPr="002A2091" w:rsidRDefault="00633D48" w:rsidP="00633D4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10:00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19:00</w:t>
            </w:r>
          </w:p>
        </w:tc>
        <w:tc>
          <w:tcPr>
            <w:tcW w:w="3942" w:type="dxa"/>
            <w:shd w:val="clear" w:color="auto" w:fill="ECF2FA"/>
          </w:tcPr>
          <w:p w:rsidR="00633D48" w:rsidRPr="002A2091" w:rsidRDefault="00633D48" w:rsidP="00633D4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по изготовлению бумажных цветов</w:t>
            </w:r>
          </w:p>
        </w:tc>
        <w:tc>
          <w:tcPr>
            <w:tcW w:w="3239" w:type="dxa"/>
          </w:tcPr>
          <w:p w:rsidR="00633D48" w:rsidRPr="002A2091" w:rsidRDefault="00633D48" w:rsidP="00633D4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 памятника между опер штабом и площадью</w:t>
            </w:r>
          </w:p>
        </w:tc>
      </w:tr>
      <w:tr w:rsidR="00633D48" w:rsidRPr="0020552B" w:rsidTr="00201648">
        <w:tc>
          <w:tcPr>
            <w:tcW w:w="2498" w:type="dxa"/>
            <w:shd w:val="clear" w:color="auto" w:fill="C6D9F1" w:themeFill="text2" w:themeFillTint="33"/>
          </w:tcPr>
          <w:p w:rsidR="00633D48" w:rsidRPr="002A2091" w:rsidRDefault="00633D48" w:rsidP="00633D4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10:00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19:00</w:t>
            </w:r>
          </w:p>
        </w:tc>
        <w:tc>
          <w:tcPr>
            <w:tcW w:w="3942" w:type="dxa"/>
            <w:shd w:val="clear" w:color="auto" w:fill="ECF2FA"/>
          </w:tcPr>
          <w:p w:rsidR="00633D48" w:rsidRPr="002A2091" w:rsidRDefault="00633D48" w:rsidP="00633D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Медицинское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обследование</w:t>
            </w:r>
            <w:proofErr w:type="spellEnd"/>
          </w:p>
        </w:tc>
        <w:tc>
          <w:tcPr>
            <w:tcW w:w="3239" w:type="dxa"/>
          </w:tcPr>
          <w:p w:rsidR="00633D48" w:rsidRPr="002A2091" w:rsidRDefault="00633D48" w:rsidP="00633D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Адмиралтейская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  <w:proofErr w:type="spellEnd"/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10:00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19:00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Благотворительный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Аквагрим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для детей. Интерактивные лекции о представленных образцах вооружения. Мастер-класс по неполной разборке Автомата Калашникова. Детская игровая программа. Аниматоры. Выступление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кавер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группы «Рядом с Вами».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10:00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19:00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Серия игровых конкурсов: «Стальной баланс» — задача: построить башню из 8 металлических гаек так, чтобы она не упала; «Пирамида» — задача: построить башню из стаканчиков быстрее соперников.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10:00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18:30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Интерактивная фотозона для гостей, зона с играми для всей семьи, можно будет узнать об услугах МТС и получить подарки.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Адмиралтейская площадь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 10:00 до 18:00, повтор каждый час (перерыв 13:00-14:00)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Мастер-класс «Гончарное ремесло»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Перед мостом «Космос»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 10:00 до 18:00, повтор каждый час (перерыв 13:00-14:00)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«Роспись по керамике»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Перед мостом «Космос»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С 10:00 до 18:30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Фотозона - экспозиция с автомобилем </w:t>
            </w:r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TESLA</w:t>
            </w: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MODEL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Адмиралтейская площадь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 10:00 до 19:00 (перерыв с 13-14)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Мастер-класс «Моя родословная»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Адмиралтейская площадь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С 10:00 до 19:00 (перерыв с 13-14)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«История воронежского свадебного костюма» Книга-раскраска (примерно 6 листов)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Адмиралтейская площадь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С 10:00 до 19:00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Выставка сувенирной продукции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Адмиралтейская площадь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С 10:00 до 19:00 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по изготовлению глиняной свистульки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Около главной сцены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С 10:00 до 19:00 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«Напиши письмо солдату»</w:t>
            </w:r>
          </w:p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поддержим Наших изготовление плаката с цветными ладошками</w:t>
            </w:r>
          </w:p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«Мы вместе» (изготовление значков с патриотической символикой)</w:t>
            </w:r>
          </w:p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«Год Единства Народов России» изготовление плаката-карты</w:t>
            </w:r>
          </w:p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Мастер-класс Патриотический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Аквагримм</w:t>
            </w:r>
            <w:proofErr w:type="spellEnd"/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Адмиралтейская площадь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 10:00 до 19:00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Пушистая рулетка от «Парка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альпак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», «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Ошка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парка» (Белый колодец) и «Пушистого братства» (Центральный парк)</w:t>
            </w:r>
          </w:p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ТИР попади в парк Белый колодец.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Между волейбольной площадкой и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Ломовским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природным парком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10:00</w:t>
            </w:r>
            <w:r w:rsidRPr="002A209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, 14:00, 18:00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Изготовление плоскостной игрушки «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Ретропоезд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Адмиралтейская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  <w:proofErr w:type="spellEnd"/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11:00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18:00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Чеканка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монет</w:t>
            </w:r>
            <w:proofErr w:type="spellEnd"/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11:00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11:40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Брелок «Плюшевый цветочек»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11:00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11:30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Роспись деревянной броши «Матрёшка» 10 человек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11:30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12:00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Аппликация «Берёзовая роща» 10 человек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11:10 – 12:00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Музыкальная программа из вокальных номеров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главной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сцене</w:t>
            </w:r>
            <w:proofErr w:type="spellEnd"/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11:00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13:30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Мастер-класс Открытка в технике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цианотипия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«Рисуем светом» 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11:00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18:00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Робо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-собака; 2 комплекта очков виртуальной реальности; 3</w:t>
            </w:r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-принтер и демонстрация 3</w:t>
            </w:r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-печати; мастер-класс по созданию персонажей из воздушного пластилина; мастер-класс по созданию анимации; семейные творческие раскраски; интерактивное знакомство детей и родителей с современными технологиями ИТ; розыгрыши призов и подарков с помощью лототрона; приглашения на бесплатные мастер-классы Компьютерной Академии ТОП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11:00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Знакомство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пауками</w:t>
            </w:r>
            <w:proofErr w:type="spellEnd"/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11.00-12.00</w:t>
            </w:r>
          </w:p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15.30-16.30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Роспись окошек народов России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12:00</w:t>
            </w:r>
          </w:p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14:00 – 15:00</w:t>
            </w:r>
          </w:p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17:00 – 18:00 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Экскурсия по выставочным стендам «Животные космонавты».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12:00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12:40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Деревянный брелок «Роспись и сборка»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С 13:00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13:40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Весела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аппликация</w:t>
            </w:r>
            <w:proofErr w:type="spellEnd"/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14:00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14:40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Деревянный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магнит</w:t>
            </w:r>
            <w:proofErr w:type="spellEnd"/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15:20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16:00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Аппликация из фетра «Зоопарк»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16:20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17:00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Мастер-класс Роспись сумка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шоппер</w:t>
            </w:r>
            <w:proofErr w:type="spellEnd"/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12:00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13:00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«Роспись матрёшки» - до 30 человек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13:00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14:00</w:t>
            </w:r>
          </w:p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15:30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16:30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«Сборка моделей военной техники из фанеры» до 30 человек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14:30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15:30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Брошь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цветочек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</w:t>
            </w:r>
            <w:r w:rsidRPr="002A209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17:00 до 18:30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«Мама, папа, я — дружная семья!»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12:00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13:00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Поделка из природного материала «Свинка на лугу» 20 человек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9C3C65" w:rsidRPr="009C3C65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С 1</w:t>
            </w:r>
            <w:r w:rsidRPr="002A209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</w:t>
            </w:r>
            <w:r w:rsidRPr="002A209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:00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Мастер-классы для детей с рассказом о животных, которые побывали в космосе. Изготавливаем поделку из бросового материала «Черепашка копилка» (пластиковая баклажка, картон, джутовый шпагат).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Плетение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браслетов</w:t>
            </w:r>
            <w:proofErr w:type="spellEnd"/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12:00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Половой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диморфизм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различия</w:t>
            </w:r>
            <w:proofErr w:type="spellEnd"/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12:00, 14:00, 16:00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Интерактивная зона с </w:t>
            </w:r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VR</w:t>
            </w: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очками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12:00</w:t>
            </w:r>
            <w:r w:rsidRPr="002A209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, 16:00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Изготовление и заполнение фронтового письма-треугольника (с дальнейшей передачей бойцам СВО)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Адмиралтейская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  <w:proofErr w:type="spellEnd"/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12.30-13.30</w:t>
            </w:r>
          </w:p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17.00-17.30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Мастер-класс Изготовление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брелка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космонавт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Волейбольная площадка (зона на песке) 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13:00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Особенности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поведения</w:t>
            </w:r>
            <w:proofErr w:type="spellEnd"/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13:00, 15:00, 17:00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программированию</w:t>
            </w:r>
            <w:proofErr w:type="spellEnd"/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9C3C65" w:rsidRPr="0020552B" w:rsidTr="00201648">
        <w:tc>
          <w:tcPr>
            <w:tcW w:w="2498" w:type="dxa"/>
            <w:shd w:val="clear" w:color="auto" w:fill="C6D9F1" w:themeFill="text2" w:themeFillTint="33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13:30-15:00</w:t>
            </w:r>
          </w:p>
        </w:tc>
        <w:tc>
          <w:tcPr>
            <w:tcW w:w="3942" w:type="dxa"/>
            <w:shd w:val="clear" w:color="auto" w:fill="ECF2F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</w:t>
            </w:r>
            <w:r w:rsidR="0020164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Лепка из воздушного пласти</w:t>
            </w: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лина</w:t>
            </w:r>
          </w:p>
        </w:tc>
        <w:tc>
          <w:tcPr>
            <w:tcW w:w="3239" w:type="dxa"/>
          </w:tcPr>
          <w:p w:rsidR="009C3C65" w:rsidRPr="002A2091" w:rsidRDefault="009C3C65" w:rsidP="009C3C6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091" w:rsidRPr="0020552B" w:rsidTr="00201648">
        <w:tc>
          <w:tcPr>
            <w:tcW w:w="2498" w:type="dxa"/>
            <w:shd w:val="clear" w:color="auto" w:fill="C6D9F1" w:themeFill="text2" w:themeFillTint="33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14:00</w:t>
            </w:r>
          </w:p>
        </w:tc>
        <w:tc>
          <w:tcPr>
            <w:tcW w:w="3942" w:type="dxa"/>
            <w:shd w:val="clear" w:color="auto" w:fill="ECF2FA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Кормление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пауков</w:t>
            </w:r>
            <w:proofErr w:type="spellEnd"/>
          </w:p>
        </w:tc>
        <w:tc>
          <w:tcPr>
            <w:tcW w:w="3239" w:type="dxa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091" w:rsidRPr="0020552B" w:rsidTr="00201648">
        <w:tc>
          <w:tcPr>
            <w:tcW w:w="2498" w:type="dxa"/>
            <w:shd w:val="clear" w:color="auto" w:fill="C6D9F1" w:themeFill="text2" w:themeFillTint="33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С 1</w:t>
            </w:r>
            <w:r w:rsidRPr="002A209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</w:t>
            </w:r>
            <w:r w:rsidRPr="002A209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:30</w:t>
            </w:r>
          </w:p>
        </w:tc>
        <w:tc>
          <w:tcPr>
            <w:tcW w:w="3942" w:type="dxa"/>
            <w:shd w:val="clear" w:color="auto" w:fill="ECF2FA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Лекция «Насекомые Воронежской области и тропические виды (удивительные палочники) с образцами насекомых в смоле</w:t>
            </w:r>
          </w:p>
        </w:tc>
        <w:tc>
          <w:tcPr>
            <w:tcW w:w="3239" w:type="dxa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091" w:rsidRPr="0020552B" w:rsidTr="00201648">
        <w:tc>
          <w:tcPr>
            <w:tcW w:w="2498" w:type="dxa"/>
            <w:shd w:val="clear" w:color="auto" w:fill="C6D9F1" w:themeFill="text2" w:themeFillTint="33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14:00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15:00</w:t>
            </w:r>
          </w:p>
        </w:tc>
        <w:tc>
          <w:tcPr>
            <w:tcW w:w="3942" w:type="dxa"/>
            <w:shd w:val="clear" w:color="auto" w:fill="ECF2FA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«Кокошник из бумаги» 20 человек</w:t>
            </w:r>
          </w:p>
        </w:tc>
        <w:tc>
          <w:tcPr>
            <w:tcW w:w="3239" w:type="dxa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091" w:rsidRPr="0020552B" w:rsidTr="00201648">
        <w:tc>
          <w:tcPr>
            <w:tcW w:w="2498" w:type="dxa"/>
            <w:shd w:val="clear" w:color="auto" w:fill="C6D9F1" w:themeFill="text2" w:themeFillTint="33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14:00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16:30</w:t>
            </w:r>
          </w:p>
        </w:tc>
        <w:tc>
          <w:tcPr>
            <w:tcW w:w="3942" w:type="dxa"/>
            <w:shd w:val="clear" w:color="auto" w:fill="ECF2FA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Мастер-класс Роспись гипсовых фигурок «Мой сад» </w:t>
            </w:r>
          </w:p>
        </w:tc>
        <w:tc>
          <w:tcPr>
            <w:tcW w:w="3239" w:type="dxa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091" w:rsidRPr="0020552B" w:rsidTr="00201648">
        <w:tc>
          <w:tcPr>
            <w:tcW w:w="2498" w:type="dxa"/>
            <w:shd w:val="clear" w:color="auto" w:fill="C6D9F1" w:themeFill="text2" w:themeFillTint="33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14.00-15.00</w:t>
            </w:r>
          </w:p>
        </w:tc>
        <w:tc>
          <w:tcPr>
            <w:tcW w:w="3942" w:type="dxa"/>
            <w:shd w:val="clear" w:color="auto" w:fill="ECF2FA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Роспись и сборка кораблика из дерева</w:t>
            </w:r>
          </w:p>
        </w:tc>
        <w:tc>
          <w:tcPr>
            <w:tcW w:w="3239" w:type="dxa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091" w:rsidRPr="0020552B" w:rsidTr="00201648">
        <w:tc>
          <w:tcPr>
            <w:tcW w:w="2498" w:type="dxa"/>
            <w:shd w:val="clear" w:color="auto" w:fill="C6D9F1" w:themeFill="text2" w:themeFillTint="33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15:00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16:00</w:t>
            </w:r>
          </w:p>
        </w:tc>
        <w:tc>
          <w:tcPr>
            <w:tcW w:w="3942" w:type="dxa"/>
            <w:shd w:val="clear" w:color="auto" w:fill="ECF2FA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Аппликация «Бобровая семейка» 20 человек</w:t>
            </w:r>
          </w:p>
        </w:tc>
        <w:tc>
          <w:tcPr>
            <w:tcW w:w="3239" w:type="dxa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091" w:rsidRPr="0020552B" w:rsidTr="00201648">
        <w:tc>
          <w:tcPr>
            <w:tcW w:w="2498" w:type="dxa"/>
            <w:shd w:val="clear" w:color="auto" w:fill="C6D9F1" w:themeFill="text2" w:themeFillTint="33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15:00-16:30</w:t>
            </w:r>
          </w:p>
        </w:tc>
        <w:tc>
          <w:tcPr>
            <w:tcW w:w="3942" w:type="dxa"/>
            <w:shd w:val="clear" w:color="auto" w:fill="ECF2FA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Конкурсы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призами</w:t>
            </w:r>
            <w:proofErr w:type="spellEnd"/>
          </w:p>
        </w:tc>
        <w:tc>
          <w:tcPr>
            <w:tcW w:w="3239" w:type="dxa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091" w:rsidRPr="0020552B" w:rsidTr="00201648">
        <w:tc>
          <w:tcPr>
            <w:tcW w:w="2498" w:type="dxa"/>
            <w:shd w:val="clear" w:color="auto" w:fill="C6D9F1" w:themeFill="text2" w:themeFillTint="33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С 1</w:t>
            </w:r>
            <w:r w:rsidRPr="002A209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</w:t>
            </w:r>
            <w:r w:rsidRPr="002A209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7</w:t>
            </w: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:00</w:t>
            </w:r>
          </w:p>
        </w:tc>
        <w:tc>
          <w:tcPr>
            <w:tcW w:w="3942" w:type="dxa"/>
            <w:shd w:val="clear" w:color="auto" w:fill="ECF2FA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Настольные игры с детьми: «Учимся различать животных по классам», «Угадай, чьи следы!», «Викторина по биологии животных», «Тактильный чемоданчик»,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пазлы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«Собери животное», раскраска «Национальные костюмы народов России».</w:t>
            </w:r>
          </w:p>
        </w:tc>
        <w:tc>
          <w:tcPr>
            <w:tcW w:w="3239" w:type="dxa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091" w:rsidRPr="0020552B" w:rsidTr="00201648">
        <w:tc>
          <w:tcPr>
            <w:tcW w:w="2498" w:type="dxa"/>
            <w:shd w:val="clear" w:color="auto" w:fill="C6D9F1" w:themeFill="text2" w:themeFillTint="33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15:00</w:t>
            </w:r>
          </w:p>
        </w:tc>
        <w:tc>
          <w:tcPr>
            <w:tcW w:w="3942" w:type="dxa"/>
            <w:shd w:val="clear" w:color="auto" w:fill="ECF2FA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Знакомство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со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змеями</w:t>
            </w:r>
            <w:proofErr w:type="spellEnd"/>
          </w:p>
        </w:tc>
        <w:tc>
          <w:tcPr>
            <w:tcW w:w="3239" w:type="dxa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091" w:rsidRPr="0020552B" w:rsidTr="00201648">
        <w:tc>
          <w:tcPr>
            <w:tcW w:w="2498" w:type="dxa"/>
            <w:shd w:val="clear" w:color="auto" w:fill="C6D9F1" w:themeFill="text2" w:themeFillTint="33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С 1</w:t>
            </w:r>
            <w:r w:rsidRPr="002A209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18:30</w:t>
            </w:r>
          </w:p>
        </w:tc>
        <w:tc>
          <w:tcPr>
            <w:tcW w:w="3942" w:type="dxa"/>
            <w:shd w:val="clear" w:color="auto" w:fill="ECF2FA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Мастер-класса «Изделия из природных материалов (сухоцветов) и эпоксидной смолы (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брелки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мини-украшения)</w:t>
            </w:r>
          </w:p>
        </w:tc>
        <w:tc>
          <w:tcPr>
            <w:tcW w:w="3239" w:type="dxa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091" w:rsidRPr="0020552B" w:rsidTr="00201648">
        <w:trPr>
          <w:trHeight w:val="64"/>
        </w:trPr>
        <w:tc>
          <w:tcPr>
            <w:tcW w:w="2498" w:type="dxa"/>
            <w:shd w:val="clear" w:color="auto" w:fill="C6D9F1" w:themeFill="text2" w:themeFillTint="33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16:00</w:t>
            </w:r>
          </w:p>
        </w:tc>
        <w:tc>
          <w:tcPr>
            <w:tcW w:w="3942" w:type="dxa"/>
            <w:shd w:val="clear" w:color="auto" w:fill="ECF2FA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Подробности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содержания</w:t>
            </w:r>
            <w:proofErr w:type="spellEnd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2A2091">
              <w:rPr>
                <w:rFonts w:ascii="Times New Roman" w:hAnsi="Times New Roman" w:cs="Times New Roman"/>
                <w:sz w:val="20"/>
                <w:szCs w:val="20"/>
              </w:rPr>
              <w:t>неволе</w:t>
            </w:r>
            <w:proofErr w:type="spellEnd"/>
          </w:p>
        </w:tc>
        <w:tc>
          <w:tcPr>
            <w:tcW w:w="3239" w:type="dxa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091" w:rsidRPr="00054AD2" w:rsidTr="00201648">
        <w:tc>
          <w:tcPr>
            <w:tcW w:w="2498" w:type="dxa"/>
            <w:shd w:val="clear" w:color="auto" w:fill="C6D9F1" w:themeFill="text2" w:themeFillTint="33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16:00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17:00</w:t>
            </w:r>
          </w:p>
        </w:tc>
        <w:tc>
          <w:tcPr>
            <w:tcW w:w="3942" w:type="dxa"/>
            <w:shd w:val="clear" w:color="auto" w:fill="ECF2FA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Аппликация «Мишка сладкоежка» 20 человек</w:t>
            </w:r>
          </w:p>
        </w:tc>
        <w:tc>
          <w:tcPr>
            <w:tcW w:w="3239" w:type="dxa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  <w:tr w:rsidR="002A2091" w:rsidRPr="00054AD2" w:rsidTr="00201648">
        <w:tc>
          <w:tcPr>
            <w:tcW w:w="2498" w:type="dxa"/>
            <w:shd w:val="clear" w:color="auto" w:fill="C6D9F1" w:themeFill="text2" w:themeFillTint="33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 17:00 </w:t>
            </w:r>
            <w:proofErr w:type="spellStart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  <w:proofErr w:type="spellEnd"/>
            <w:r w:rsidRPr="002A20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18:00</w:t>
            </w:r>
          </w:p>
        </w:tc>
        <w:tc>
          <w:tcPr>
            <w:tcW w:w="3942" w:type="dxa"/>
            <w:shd w:val="clear" w:color="auto" w:fill="ECF2FA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Мастер-класс Аппликация «Веселая гусеница» 20 человек</w:t>
            </w:r>
          </w:p>
        </w:tc>
        <w:tc>
          <w:tcPr>
            <w:tcW w:w="3239" w:type="dxa"/>
          </w:tcPr>
          <w:p w:rsidR="002A2091" w:rsidRPr="002A2091" w:rsidRDefault="002A2091" w:rsidP="002A2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A20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Волейбольная площадка (зона на песке)</w:t>
            </w:r>
          </w:p>
        </w:tc>
      </w:tr>
    </w:tbl>
    <w:p w:rsidR="00E66305" w:rsidRPr="00DF7141" w:rsidRDefault="00E66305">
      <w:pPr>
        <w:rPr>
          <w:rFonts w:ascii="Times New Roman" w:hAnsi="Times New Roman" w:cs="Times New Roman"/>
          <w:lang w:val="ru-RU"/>
        </w:rPr>
      </w:pPr>
    </w:p>
    <w:sectPr w:rsidR="00E66305" w:rsidRPr="00DF7141" w:rsidSect="0020552B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4AD2"/>
    <w:rsid w:val="0006063C"/>
    <w:rsid w:val="0015074B"/>
    <w:rsid w:val="00201648"/>
    <w:rsid w:val="0020552B"/>
    <w:rsid w:val="002331D9"/>
    <w:rsid w:val="0029639D"/>
    <w:rsid w:val="002A2091"/>
    <w:rsid w:val="002A2BDA"/>
    <w:rsid w:val="00326F90"/>
    <w:rsid w:val="0039043C"/>
    <w:rsid w:val="00633D48"/>
    <w:rsid w:val="00744431"/>
    <w:rsid w:val="007A46EB"/>
    <w:rsid w:val="009C3C65"/>
    <w:rsid w:val="00AA1D8D"/>
    <w:rsid w:val="00B47730"/>
    <w:rsid w:val="00B956CC"/>
    <w:rsid w:val="00BB4E50"/>
    <w:rsid w:val="00CB0664"/>
    <w:rsid w:val="00DD31AA"/>
    <w:rsid w:val="00DF7141"/>
    <w:rsid w:val="00E66305"/>
    <w:rsid w:val="00FC693F"/>
    <w:rsid w:val="00FE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C8B91A"/>
  <w14:defaultImageDpi w14:val="300"/>
  <w15:docId w15:val="{AE041AD0-BBE1-744F-AA78-2F4ED34C0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83D29B-6E6A-4BBC-B4F8-48C0F5D75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2487</Words>
  <Characters>14181</Characters>
  <Application>Microsoft Office Word</Application>
  <DocSecurity>0</DocSecurity>
  <Lines>118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16635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Талащук Лилия Григорьевна</cp:lastModifiedBy>
  <cp:revision>3</cp:revision>
  <dcterms:created xsi:type="dcterms:W3CDTF">2026-09-03T07:25:00Z</dcterms:created>
  <dcterms:modified xsi:type="dcterms:W3CDTF">2026-09-03T07:29:00Z</dcterms:modified>
  <cp:category/>
</cp:coreProperties>
</file>